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הכנה לראיון עבודה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מרכיבי הרושם הראשון בראיון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הודעת תודה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התנהגות מתאימה להתנהגות לא מתאימה בראיון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חיוך, קשר עין וברכת 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תודה, אזכור נקודה מהשיחה וביטוי עניין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אלה חלק מהתנהגות נעימה ומכבדת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עדיף להקשיב ולהגיב בקצב רגוע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התנהגות לקטגוריה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(רושם ראשון חיובי)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(הודעת תודה טובה)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(שפת גוף חיובית)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(התנהגות לא מתאימה)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שליחת הודעת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לפתוח בברכה ולציין תודה על הראיון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להזכיר נקודה מעניינת מתוך השיחה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לציין עניין בהמשך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לסיים בנימוס ובשם מלא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יכלול תודה, אזכור נקודה מהשיחה, עניין בהמשך ונימוס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חיוך, קשר עין וברכת 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תודה, אזכור נקודה מהשיחה ועניין בהמשך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ישיבה זקופה או קשר עין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 משחק תפקידים של ראיון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להקרין דוגמאות אמיתיות של הודעות תודה טובות ופחות טובות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חנ״מ להשמיט את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הכנה לראיון עבודה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מה עוזר ליצור רושם ראשון טוב בראיון עבודה, איך בונים הודעת תודה ומה ההבדל בין תשובה חזקה לתשובה חלשה.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חיוך  ·  תודה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הכי חשוב ברושם הראשון בראיון?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בגדים יקרים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חיוך, קשר עין וברכת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לדבר הרבה מההתחלה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נכלל בהודעת תודה טובה?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תלונה על הראיון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תודה, אזכור נקודה מהשיחה וביטוי עניין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בקשה לשכר גבוה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חיוך וברכת שלום עוזרים ליצור רושם ראשון טוב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מומלץ לדבר הרבה ומהר מיד בתחילת הראיון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ברושם הראשון חשוב לשמור על __________ ולברך בשלום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לאחר הראיון מומלץ לשלוח הודעת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התנהגות לקטגוריה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חיוך וברכת 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התנהגות לא מתאימה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הודעה קצרה המודה על הזמן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רושם ראשון חיובי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ישיבה זקופה וקשר עין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הודעת תודה טובה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לדבר כל הזמן בלי להקשיב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שפת גוף חיובית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שליחת הודעת תודה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לציין עניין בהמשך התהליך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לסיים בנימוס ובשם מלא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לפתוח בברכה ולציין תודה על הראיון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להזכיר נקודה מעניינת מתוך השיחה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הודעת תודה קצרה לדוגמה אחרי ראיון עבודה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הכי חשוב ברושם ראשון?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כוללת הודעת תודה טובה?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הכנה לראיון עבודה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