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הרושם הראשון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הודעת תודה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התנהגות מתאימה להתנהגות לא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חיוך, קשר עין וברכת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באותו יום או יום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תודה, אזכור נקודה מהשיחה וביטוי 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ישיבה זקופה וקשר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לומר בכנות שצריך לבדוק ולחזור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מהתנהגות נעימה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להקשיב ולהגיב בקצב רגוע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עדיף הודעה קצרה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משפת גוף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מראה חיצוני הוא חלק מהרושם הכולל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(רושם ראשון חיובי)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(הודעת תודה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(שפת גוף חיובית)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(התנהגות לא מתאימה)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(מראה אישי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שליחת הודעת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בברכה ולציין תודה על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להזכיר נקודה מעניינת מתוך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לציין עניין בהמשך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לסיים בנימוס ובשם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יכלול תודה, אזכור נקודה מהשיחה, עניין בהמשך ונימוס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חזקה - ממוקדת וברורה, תשובה חלשה - כללית מדי או לא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חיוך, קשר עין וברכת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תודה, אזכור נקודה מהשיחה ועניין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ישיבה זקופה או קשר עין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משחק תפקידים של ראיון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להקרין דוגמאות אמיתיות של הודעות תודה טובות ופחות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חשוב לעשות בראיון עבודה, איך כותבים תודה אחרי הראיון, ומה טוב להגיד ומה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אנחנו נראים ונשמעים בפגישה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לאדם השני בעיניים כשמדברים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כדי לבדוק אם מתאימים לעבודה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שמודים על הראיון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עומדים, יושבים ומזיזים את הידיים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ולהיראות בטוחים בעצמנו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מראה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אנחנו נראים מבחינת לבוש וניקיון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מכבדת ואדיבה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הכי חשוב כשנפגשים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חיוך, קשר עין וברכת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הרבה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שאנחנו לחוצים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שולחים הודעת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באותו יום או יום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קיבלנו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לשלוח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בהודעת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תלונה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תודה, אזכור נקודה מהשיחה וביטוי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בקשה לשכר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אישיות על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כדאי לשבת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ידיים מקופלות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 למטה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ישיבה זקופה וקשר 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כשלא יודעים את התשובה?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להמציא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בכנות שצריך לבדוק ולחזור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לשתוק ולא להגיב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וברכת שלום עוזרים ליצור רושם ראשון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לדבר הרבה ומהר מיד בתחילת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תודה צריכה להיות ארוכה ומפורטת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מראה ביטחון 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אישי מסודר יכול להשפיע על הרושם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ברושם הראשון חשוב לשמור על __________ ולברך בשלום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הראיון מומלץ לשלוח הודעת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לשמור על __________ עין כשמדברים עם המראיין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ישיבה זקופה היא חלק מ__________ גוף חיובית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להרגיש בטוחים כדאי להתכונן ולתרגל __________ 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התנהגות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חיוך וברכת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שפת גוף חיובית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הודעה קצרה המודה על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רושם ראשון חיובי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ישיבה זקופה וקשר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מראה אישי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לדבר כל הזמן בלי להקשיב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הודעת תודה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מראה מסודר ונקי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התנהגות לא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שליחת הודעת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לציין עניין בהמשך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לסיים בנימוס ובשם 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להזכיר נקודה מעניינת מתוך השיחה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בברכה ולציין תודה על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תודה קצרה לדוגמה אחרי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תשובה חזקה ותשובה חלשה לשאלה 'ספרו על עצמכם'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 חשוב ברושם 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הודעת תודה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לשפת גוף חיובית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